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0EB9A" w14:textId="77777777" w:rsidR="001A0F55" w:rsidRDefault="00000000">
      <w:pPr>
        <w:spacing w:after="40"/>
        <w:jc w:val="center"/>
      </w:pPr>
      <w:r>
        <w:rPr>
          <w:b/>
          <w:sz w:val="30"/>
        </w:rPr>
        <w:t>FORMULARZ DANYCH APTEKI I PRACOWNIKÓW</w:t>
      </w:r>
    </w:p>
    <w:p w14:paraId="31EB5AB9" w14:textId="77777777" w:rsidR="001A0F55" w:rsidRDefault="00000000">
      <w:pPr>
        <w:spacing w:after="120"/>
        <w:jc w:val="center"/>
      </w:pPr>
      <w:r>
        <w:rPr>
          <w:i/>
        </w:rPr>
        <w:t>Dane identyfikacyjne apteki oraz informacje o zatrudnionych pracownikach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618"/>
        <w:gridCol w:w="3617"/>
        <w:gridCol w:w="3618"/>
        <w:gridCol w:w="3617"/>
      </w:tblGrid>
      <w:tr w:rsidR="001A0F55" w14:paraId="348043B0" w14:textId="77777777">
        <w:trPr>
          <w:trHeight w:val="408"/>
          <w:jc w:val="center"/>
        </w:trPr>
        <w:tc>
          <w:tcPr>
            <w:tcW w:w="3620" w:type="dxa"/>
            <w:shd w:val="clear" w:color="auto" w:fill="EDEDED"/>
            <w:vAlign w:val="center"/>
          </w:tcPr>
          <w:p w14:paraId="2D0434A3" w14:textId="77777777" w:rsidR="001A0F55" w:rsidRDefault="00000000">
            <w:r>
              <w:rPr>
                <w:b/>
                <w:sz w:val="17"/>
              </w:rPr>
              <w:t>Nazwa apteki:</w:t>
            </w:r>
          </w:p>
        </w:tc>
        <w:tc>
          <w:tcPr>
            <w:tcW w:w="3620" w:type="dxa"/>
            <w:vAlign w:val="center"/>
          </w:tcPr>
          <w:p w14:paraId="15642B5B" w14:textId="77777777" w:rsidR="001A0F55" w:rsidRDefault="001A0F55"/>
        </w:tc>
        <w:tc>
          <w:tcPr>
            <w:tcW w:w="3620" w:type="dxa"/>
            <w:shd w:val="clear" w:color="auto" w:fill="EDEDED"/>
            <w:vAlign w:val="center"/>
          </w:tcPr>
          <w:p w14:paraId="3EE0093E" w14:textId="77777777" w:rsidR="001A0F55" w:rsidRDefault="00000000">
            <w:r>
              <w:rPr>
                <w:b/>
                <w:sz w:val="17"/>
              </w:rPr>
              <w:t>Kierownik apteki:</w:t>
            </w:r>
          </w:p>
        </w:tc>
        <w:tc>
          <w:tcPr>
            <w:tcW w:w="3620" w:type="dxa"/>
            <w:vAlign w:val="center"/>
          </w:tcPr>
          <w:p w14:paraId="33CF586E" w14:textId="77777777" w:rsidR="001A0F55" w:rsidRDefault="001A0F55"/>
        </w:tc>
      </w:tr>
      <w:tr w:rsidR="001A0F55" w14:paraId="71AF3F6B" w14:textId="77777777">
        <w:trPr>
          <w:trHeight w:val="408"/>
          <w:jc w:val="center"/>
        </w:trPr>
        <w:tc>
          <w:tcPr>
            <w:tcW w:w="3620" w:type="dxa"/>
            <w:shd w:val="clear" w:color="auto" w:fill="EDEDED"/>
            <w:vAlign w:val="center"/>
          </w:tcPr>
          <w:p w14:paraId="37B1749B" w14:textId="77777777" w:rsidR="001A0F55" w:rsidRDefault="00000000">
            <w:r>
              <w:rPr>
                <w:b/>
                <w:sz w:val="17"/>
              </w:rPr>
              <w:t>Adres apteki:</w:t>
            </w:r>
          </w:p>
        </w:tc>
        <w:tc>
          <w:tcPr>
            <w:tcW w:w="3620" w:type="dxa"/>
            <w:vAlign w:val="center"/>
          </w:tcPr>
          <w:p w14:paraId="2DD32498" w14:textId="77777777" w:rsidR="001A0F55" w:rsidRDefault="001A0F55"/>
        </w:tc>
        <w:tc>
          <w:tcPr>
            <w:tcW w:w="3620" w:type="dxa"/>
            <w:shd w:val="clear" w:color="auto" w:fill="EDEDED"/>
            <w:vAlign w:val="center"/>
          </w:tcPr>
          <w:p w14:paraId="182F9D3C" w14:textId="77777777" w:rsidR="001A0F55" w:rsidRDefault="00000000">
            <w:r>
              <w:rPr>
                <w:b/>
                <w:sz w:val="17"/>
              </w:rPr>
              <w:t>Telefon apteki:</w:t>
            </w:r>
          </w:p>
        </w:tc>
        <w:tc>
          <w:tcPr>
            <w:tcW w:w="3620" w:type="dxa"/>
            <w:vAlign w:val="center"/>
          </w:tcPr>
          <w:p w14:paraId="75AFBB3E" w14:textId="77777777" w:rsidR="001A0F55" w:rsidRDefault="001A0F55"/>
        </w:tc>
      </w:tr>
      <w:tr w:rsidR="001A0F55" w14:paraId="37F46C8D" w14:textId="77777777">
        <w:trPr>
          <w:trHeight w:val="408"/>
          <w:jc w:val="center"/>
        </w:trPr>
        <w:tc>
          <w:tcPr>
            <w:tcW w:w="3620" w:type="dxa"/>
            <w:shd w:val="clear" w:color="auto" w:fill="EDEDED"/>
            <w:vAlign w:val="center"/>
          </w:tcPr>
          <w:p w14:paraId="6B20DC7C" w14:textId="77777777" w:rsidR="001A0F55" w:rsidRDefault="00000000">
            <w:r>
              <w:rPr>
                <w:b/>
                <w:sz w:val="17"/>
              </w:rPr>
              <w:t>E-mail apteki:</w:t>
            </w:r>
          </w:p>
        </w:tc>
        <w:tc>
          <w:tcPr>
            <w:tcW w:w="3620" w:type="dxa"/>
            <w:vAlign w:val="center"/>
          </w:tcPr>
          <w:p w14:paraId="66B7818C" w14:textId="77777777" w:rsidR="001A0F55" w:rsidRDefault="001A0F55"/>
        </w:tc>
        <w:tc>
          <w:tcPr>
            <w:tcW w:w="3620" w:type="dxa"/>
            <w:shd w:val="clear" w:color="auto" w:fill="EDEDED"/>
            <w:vAlign w:val="center"/>
          </w:tcPr>
          <w:p w14:paraId="28F1C57B" w14:textId="77777777" w:rsidR="001A0F55" w:rsidRDefault="00000000">
            <w:r>
              <w:rPr>
                <w:b/>
                <w:sz w:val="17"/>
              </w:rPr>
              <w:t>NIP:</w:t>
            </w:r>
          </w:p>
        </w:tc>
        <w:tc>
          <w:tcPr>
            <w:tcW w:w="3620" w:type="dxa"/>
            <w:vAlign w:val="center"/>
          </w:tcPr>
          <w:p w14:paraId="5E31CF8E" w14:textId="77777777" w:rsidR="001A0F55" w:rsidRDefault="001A0F55"/>
        </w:tc>
      </w:tr>
      <w:tr w:rsidR="001A0F55" w14:paraId="384451CA" w14:textId="77777777">
        <w:trPr>
          <w:trHeight w:val="408"/>
          <w:jc w:val="center"/>
        </w:trPr>
        <w:tc>
          <w:tcPr>
            <w:tcW w:w="3620" w:type="dxa"/>
            <w:shd w:val="clear" w:color="auto" w:fill="EDEDED"/>
            <w:vAlign w:val="center"/>
          </w:tcPr>
          <w:p w14:paraId="36F541A1" w14:textId="77777777" w:rsidR="001A0F55" w:rsidRDefault="00000000">
            <w:r>
              <w:rPr>
                <w:b/>
                <w:sz w:val="17"/>
              </w:rPr>
              <w:t>REGON:</w:t>
            </w:r>
          </w:p>
        </w:tc>
        <w:tc>
          <w:tcPr>
            <w:tcW w:w="3620" w:type="dxa"/>
            <w:vAlign w:val="center"/>
          </w:tcPr>
          <w:p w14:paraId="79E3803F" w14:textId="77777777" w:rsidR="001A0F55" w:rsidRDefault="001A0F55"/>
        </w:tc>
        <w:tc>
          <w:tcPr>
            <w:tcW w:w="3620" w:type="dxa"/>
            <w:shd w:val="clear" w:color="auto" w:fill="EDEDED"/>
            <w:vAlign w:val="center"/>
          </w:tcPr>
          <w:p w14:paraId="27BBEB06" w14:textId="77777777" w:rsidR="001A0F55" w:rsidRDefault="00000000">
            <w:r>
              <w:rPr>
                <w:b/>
                <w:sz w:val="17"/>
              </w:rPr>
              <w:t>Nr zezwolenia / inne:</w:t>
            </w:r>
          </w:p>
        </w:tc>
        <w:tc>
          <w:tcPr>
            <w:tcW w:w="3620" w:type="dxa"/>
            <w:vAlign w:val="center"/>
          </w:tcPr>
          <w:p w14:paraId="6F33FB80" w14:textId="77777777" w:rsidR="001A0F55" w:rsidRDefault="001A0F55"/>
        </w:tc>
      </w:tr>
    </w:tbl>
    <w:p w14:paraId="300288A0" w14:textId="77777777" w:rsidR="001A0F55" w:rsidRDefault="00000000">
      <w:pPr>
        <w:spacing w:before="100" w:after="60"/>
      </w:pPr>
      <w:r>
        <w:rPr>
          <w:b/>
          <w:sz w:val="22"/>
        </w:rPr>
        <w:t>Wykaz pracowników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4"/>
        <w:gridCol w:w="2013"/>
        <w:gridCol w:w="1219"/>
        <w:gridCol w:w="1587"/>
        <w:gridCol w:w="1502"/>
        <w:gridCol w:w="1701"/>
        <w:gridCol w:w="1956"/>
        <w:gridCol w:w="1276"/>
        <w:gridCol w:w="1956"/>
      </w:tblGrid>
      <w:tr w:rsidR="006A1480" w14:paraId="6624A5FF" w14:textId="77777777" w:rsidTr="006A1480">
        <w:trPr>
          <w:trHeight w:val="255"/>
          <w:jc w:val="center"/>
        </w:trPr>
        <w:tc>
          <w:tcPr>
            <w:tcW w:w="454" w:type="dxa"/>
            <w:shd w:val="clear" w:color="auto" w:fill="D9EAF7"/>
            <w:vAlign w:val="center"/>
          </w:tcPr>
          <w:p w14:paraId="6C403E96" w14:textId="77777777" w:rsidR="009156C9" w:rsidRDefault="00000000">
            <w:pPr>
              <w:jc w:val="center"/>
            </w:pPr>
            <w:r>
              <w:rPr>
                <w:sz w:val="15"/>
              </w:rPr>
              <w:t>Lp.</w:t>
            </w:r>
          </w:p>
        </w:tc>
        <w:tc>
          <w:tcPr>
            <w:tcW w:w="2013" w:type="dxa"/>
            <w:vAlign w:val="center"/>
          </w:tcPr>
          <w:p w14:paraId="77ADDFDF" w14:textId="77777777" w:rsidR="009156C9" w:rsidRDefault="00000000">
            <w:r>
              <w:rPr>
                <w:sz w:val="15"/>
              </w:rPr>
              <w:t>Imię i nazwisko</w:t>
            </w:r>
          </w:p>
        </w:tc>
        <w:tc>
          <w:tcPr>
            <w:tcW w:w="1219" w:type="dxa"/>
            <w:shd w:val="clear" w:color="auto" w:fill="D9EAF7"/>
            <w:vAlign w:val="center"/>
          </w:tcPr>
          <w:p w14:paraId="6472770E" w14:textId="77777777" w:rsidR="009156C9" w:rsidRDefault="00000000">
            <w:pPr>
              <w:jc w:val="center"/>
            </w:pPr>
            <w:r>
              <w:rPr>
                <w:sz w:val="15"/>
              </w:rPr>
              <w:t>Nr PWZF</w:t>
            </w:r>
          </w:p>
        </w:tc>
        <w:tc>
          <w:tcPr>
            <w:tcW w:w="1587" w:type="dxa"/>
            <w:shd w:val="clear" w:color="auto" w:fill="D9EAF7"/>
            <w:vAlign w:val="center"/>
          </w:tcPr>
          <w:p w14:paraId="164E3678" w14:textId="77777777" w:rsidR="009156C9" w:rsidRDefault="00000000">
            <w:pPr>
              <w:jc w:val="center"/>
            </w:pPr>
            <w:r>
              <w:rPr>
                <w:sz w:val="15"/>
              </w:rPr>
              <w:t>Stanowisko</w:t>
            </w:r>
          </w:p>
        </w:tc>
        <w:tc>
          <w:tcPr>
            <w:tcW w:w="1502" w:type="dxa"/>
            <w:shd w:val="clear" w:color="auto" w:fill="D9EAF7"/>
            <w:vAlign w:val="center"/>
          </w:tcPr>
          <w:p w14:paraId="518C6007" w14:textId="77777777" w:rsidR="009156C9" w:rsidRDefault="00000000">
            <w:pPr>
              <w:jc w:val="center"/>
            </w:pPr>
            <w:r>
              <w:rPr>
                <w:sz w:val="15"/>
              </w:rPr>
              <w:t>Zatrudnienie od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114CBC7F" w14:textId="77777777" w:rsidR="009156C9" w:rsidRDefault="00000000">
            <w:pPr>
              <w:jc w:val="center"/>
            </w:pPr>
            <w:r>
              <w:rPr>
                <w:sz w:val="15"/>
              </w:rPr>
              <w:t>Wymiar czasu pracy</w:t>
            </w:r>
          </w:p>
        </w:tc>
        <w:tc>
          <w:tcPr>
            <w:tcW w:w="1956" w:type="dxa"/>
            <w:shd w:val="clear" w:color="auto" w:fill="D9EAF7"/>
            <w:vAlign w:val="center"/>
          </w:tcPr>
          <w:p w14:paraId="47E80058" w14:textId="77777777" w:rsidR="009156C9" w:rsidRDefault="00000000">
            <w:pPr>
              <w:jc w:val="center"/>
            </w:pPr>
            <w:r>
              <w:rPr>
                <w:sz w:val="15"/>
              </w:rPr>
              <w:t>E-mail</w:t>
            </w:r>
          </w:p>
        </w:tc>
        <w:tc>
          <w:tcPr>
            <w:tcW w:w="1276" w:type="dxa"/>
            <w:shd w:val="clear" w:color="auto" w:fill="D9EAF7"/>
            <w:vAlign w:val="center"/>
          </w:tcPr>
          <w:p w14:paraId="2A621041" w14:textId="77777777" w:rsidR="009156C9" w:rsidRDefault="00000000">
            <w:pPr>
              <w:jc w:val="center"/>
            </w:pPr>
            <w:r>
              <w:rPr>
                <w:sz w:val="15"/>
              </w:rPr>
              <w:t>Telefon</w:t>
            </w:r>
          </w:p>
        </w:tc>
        <w:tc>
          <w:tcPr>
            <w:tcW w:w="1956" w:type="dxa"/>
            <w:shd w:val="clear" w:color="auto" w:fill="D9EAF7"/>
            <w:vAlign w:val="center"/>
          </w:tcPr>
          <w:p w14:paraId="0F1650C1" w14:textId="77777777" w:rsidR="009156C9" w:rsidRDefault="00000000">
            <w:pPr>
              <w:jc w:val="center"/>
            </w:pPr>
            <w:r>
              <w:rPr>
                <w:sz w:val="15"/>
              </w:rPr>
              <w:t>Podpis pracownika (*)</w:t>
            </w:r>
          </w:p>
        </w:tc>
      </w:tr>
      <w:tr w:rsidR="006A1480" w14:paraId="2D5A03DB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27011615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2013" w:type="dxa"/>
            <w:vAlign w:val="center"/>
          </w:tcPr>
          <w:p w14:paraId="6FB8F36D" w14:textId="48C170BC" w:rsidR="009156C9" w:rsidRDefault="001B0AB1">
            <w:r w:rsidRPr="001B0AB1">
              <w:rPr>
                <w:color w:val="FF0000"/>
                <w:sz w:val="15"/>
              </w:rPr>
              <w:t>Przykład: Jan Kowalski</w:t>
            </w:r>
          </w:p>
        </w:tc>
        <w:tc>
          <w:tcPr>
            <w:tcW w:w="1219" w:type="dxa"/>
            <w:vAlign w:val="center"/>
          </w:tcPr>
          <w:p w14:paraId="255F8799" w14:textId="77777777" w:rsidR="009156C9" w:rsidRDefault="00000000">
            <w:pPr>
              <w:jc w:val="center"/>
            </w:pPr>
            <w:r>
              <w:rPr>
                <w:color w:val="FF0000"/>
                <w:sz w:val="15"/>
              </w:rPr>
              <w:t>12345678</w:t>
            </w:r>
          </w:p>
        </w:tc>
        <w:tc>
          <w:tcPr>
            <w:tcW w:w="1587" w:type="dxa"/>
            <w:vAlign w:val="center"/>
          </w:tcPr>
          <w:p w14:paraId="5CE1BABE" w14:textId="77777777" w:rsidR="006A1480" w:rsidRPr="00327638" w:rsidRDefault="006A1480" w:rsidP="006A1480">
            <w:pPr>
              <w:jc w:val="center"/>
              <w:rPr>
                <w:rFonts w:ascii="Bahnschrift SemiLight" w:hAnsi="Bahnschrift SemiLight"/>
                <w:color w:val="EE0000"/>
                <w:szCs w:val="18"/>
              </w:rPr>
            </w:pP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magister farmacji</w:t>
            </w:r>
          </w:p>
        </w:tc>
        <w:tc>
          <w:tcPr>
            <w:tcW w:w="1502" w:type="dxa"/>
            <w:vAlign w:val="center"/>
          </w:tcPr>
          <w:p w14:paraId="5AC5F3C6" w14:textId="77777777" w:rsidR="006A1480" w:rsidRPr="00327638" w:rsidRDefault="006A1480" w:rsidP="006A1480">
            <w:pPr>
              <w:jc w:val="center"/>
              <w:rPr>
                <w:rFonts w:ascii="Bahnschrift SemiLight" w:hAnsi="Bahnschrift SemiLight"/>
                <w:color w:val="EE0000"/>
                <w:szCs w:val="18"/>
              </w:rPr>
            </w:pP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26.09.2026</w:t>
            </w:r>
          </w:p>
        </w:tc>
        <w:tc>
          <w:tcPr>
            <w:tcW w:w="1701" w:type="dxa"/>
            <w:vAlign w:val="center"/>
          </w:tcPr>
          <w:p w14:paraId="7725CA38" w14:textId="77777777" w:rsidR="006A1480" w:rsidRPr="00327638" w:rsidRDefault="006A1480" w:rsidP="006A1480">
            <w:pPr>
              <w:jc w:val="center"/>
              <w:rPr>
                <w:rFonts w:ascii="Bahnschrift SemiLight" w:hAnsi="Bahnschrift SemiLight" w:cs="Calibri"/>
                <w:color w:val="EE0000"/>
                <w:szCs w:val="18"/>
              </w:rPr>
            </w:pP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Ca</w:t>
            </w:r>
            <w:r>
              <w:rPr>
                <w:rFonts w:ascii="Bahnschrift SemiLight" w:hAnsi="Bahnschrift SemiLight"/>
                <w:color w:val="FF0000"/>
                <w:sz w:val="15"/>
                <w:szCs w:val="18"/>
              </w:rPr>
              <w:t>ł</w:t>
            </w: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y etat/dy</w:t>
            </w:r>
            <w:r>
              <w:rPr>
                <w:rFonts w:ascii="Bahnschrift SemiLight" w:hAnsi="Bahnschrift SemiLight"/>
                <w:color w:val="FF0000"/>
                <w:sz w:val="15"/>
                <w:szCs w:val="18"/>
              </w:rPr>
              <w:t>ż</w:t>
            </w: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ur</w:t>
            </w:r>
          </w:p>
        </w:tc>
        <w:tc>
          <w:tcPr>
            <w:tcW w:w="1956" w:type="dxa"/>
            <w:vAlign w:val="center"/>
          </w:tcPr>
          <w:p w14:paraId="7FCBB7A2" w14:textId="77777777" w:rsidR="006A1480" w:rsidRPr="00327638" w:rsidRDefault="006A1480" w:rsidP="006A1480">
            <w:pPr>
              <w:jc w:val="center"/>
              <w:rPr>
                <w:rFonts w:ascii="Bahnschrift SemiLight" w:hAnsi="Bahnschrift SemiLight"/>
                <w:color w:val="EE0000"/>
                <w:szCs w:val="18"/>
              </w:rPr>
            </w:pP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>j.kowalski@gmail.com</w:t>
            </w:r>
          </w:p>
        </w:tc>
        <w:tc>
          <w:tcPr>
            <w:tcW w:w="1276" w:type="dxa"/>
            <w:vAlign w:val="center"/>
          </w:tcPr>
          <w:p w14:paraId="4550B444" w14:textId="77777777" w:rsidR="006A1480" w:rsidRPr="00327638" w:rsidRDefault="006A1480" w:rsidP="006A1480">
            <w:pPr>
              <w:jc w:val="center"/>
              <w:rPr>
                <w:rFonts w:ascii="Bahnschrift SemiLight" w:hAnsi="Bahnschrift SemiLight"/>
                <w:color w:val="EE0000"/>
                <w:szCs w:val="18"/>
              </w:rPr>
            </w:pPr>
            <w:r w:rsidRPr="00327638">
              <w:rPr>
                <w:rFonts w:ascii="Bahnschrift SemiLight" w:hAnsi="Bahnschrift SemiLight"/>
                <w:color w:val="FF0000"/>
                <w:sz w:val="15"/>
                <w:szCs w:val="18"/>
              </w:rPr>
              <w:t xml:space="preserve">555 444 333 </w:t>
            </w:r>
          </w:p>
        </w:tc>
        <w:tc>
          <w:tcPr>
            <w:tcW w:w="1956" w:type="dxa"/>
            <w:vAlign w:val="center"/>
          </w:tcPr>
          <w:p w14:paraId="44207CA1" w14:textId="77777777" w:rsidR="006A1480" w:rsidRPr="006A1480" w:rsidRDefault="006A1480" w:rsidP="006A1480">
            <w:pPr>
              <w:jc w:val="center"/>
              <w:rPr>
                <w:rFonts w:ascii="Freestyle Script" w:hAnsi="Freestyle Script"/>
                <w:color w:val="EE0000"/>
                <w:sz w:val="24"/>
                <w:szCs w:val="24"/>
              </w:rPr>
            </w:pPr>
            <w:r w:rsidRPr="006A1480">
              <w:rPr>
                <w:rFonts w:ascii="Freestyle Script" w:hAnsi="Freestyle Script"/>
                <w:color w:val="FF0000"/>
                <w:sz w:val="15"/>
                <w:szCs w:val="24"/>
              </w:rPr>
              <w:t>Jan Kowalski</w:t>
            </w:r>
          </w:p>
        </w:tc>
      </w:tr>
      <w:tr w:rsidR="006A1480" w14:paraId="2AD32617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7152BA74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2013" w:type="dxa"/>
            <w:vAlign w:val="center"/>
          </w:tcPr>
          <w:p w14:paraId="0DC7E270" w14:textId="77777777" w:rsidR="009156C9" w:rsidRDefault="009156C9"/>
        </w:tc>
        <w:tc>
          <w:tcPr>
            <w:tcW w:w="1219" w:type="dxa"/>
            <w:vAlign w:val="center"/>
          </w:tcPr>
          <w:p w14:paraId="4846A48D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59238219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4242E0DC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AB9215B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4B4153D5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439FFED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601BF000" w14:textId="77777777" w:rsidR="006A1480" w:rsidRDefault="006A1480" w:rsidP="006A1480">
            <w:pPr>
              <w:jc w:val="center"/>
            </w:pPr>
          </w:p>
        </w:tc>
      </w:tr>
      <w:tr w:rsidR="006A1480" w14:paraId="1166DC26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0168FE07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3</w:t>
            </w:r>
          </w:p>
        </w:tc>
        <w:tc>
          <w:tcPr>
            <w:tcW w:w="2013" w:type="dxa"/>
            <w:vAlign w:val="center"/>
          </w:tcPr>
          <w:p w14:paraId="33E5F277" w14:textId="77777777" w:rsidR="009156C9" w:rsidRDefault="009156C9"/>
        </w:tc>
        <w:tc>
          <w:tcPr>
            <w:tcW w:w="1219" w:type="dxa"/>
            <w:vAlign w:val="center"/>
          </w:tcPr>
          <w:p w14:paraId="1793813F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10D20DD7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6569B8EC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3E826B1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1C211438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C11597F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00A33CF9" w14:textId="77777777" w:rsidR="006A1480" w:rsidRDefault="006A1480" w:rsidP="006A1480">
            <w:pPr>
              <w:jc w:val="center"/>
            </w:pPr>
          </w:p>
        </w:tc>
      </w:tr>
      <w:tr w:rsidR="006A1480" w14:paraId="39F186C1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3218606B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4</w:t>
            </w:r>
          </w:p>
        </w:tc>
        <w:tc>
          <w:tcPr>
            <w:tcW w:w="2013" w:type="dxa"/>
            <w:vAlign w:val="center"/>
          </w:tcPr>
          <w:p w14:paraId="6C37BA34" w14:textId="77777777" w:rsidR="009156C9" w:rsidRDefault="009156C9"/>
        </w:tc>
        <w:tc>
          <w:tcPr>
            <w:tcW w:w="1219" w:type="dxa"/>
            <w:vAlign w:val="center"/>
          </w:tcPr>
          <w:p w14:paraId="30EF5078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67EED924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510D3A34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037ECDF6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32B00D84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7034ECE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44F3041C" w14:textId="77777777" w:rsidR="006A1480" w:rsidRDefault="006A1480" w:rsidP="006A1480">
            <w:pPr>
              <w:jc w:val="center"/>
            </w:pPr>
          </w:p>
        </w:tc>
      </w:tr>
      <w:tr w:rsidR="006A1480" w14:paraId="333CE1CB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01CB7920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5</w:t>
            </w:r>
          </w:p>
        </w:tc>
        <w:tc>
          <w:tcPr>
            <w:tcW w:w="2013" w:type="dxa"/>
            <w:vAlign w:val="center"/>
          </w:tcPr>
          <w:p w14:paraId="75F28063" w14:textId="77777777" w:rsidR="009156C9" w:rsidRDefault="009156C9"/>
        </w:tc>
        <w:tc>
          <w:tcPr>
            <w:tcW w:w="1219" w:type="dxa"/>
            <w:vAlign w:val="center"/>
          </w:tcPr>
          <w:p w14:paraId="733445E8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376AD449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185EC9DE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0772F8DB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60C1ADAB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130573C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368F51AB" w14:textId="77777777" w:rsidR="006A1480" w:rsidRDefault="006A1480" w:rsidP="006A1480">
            <w:pPr>
              <w:jc w:val="center"/>
            </w:pPr>
          </w:p>
        </w:tc>
      </w:tr>
      <w:tr w:rsidR="006A1480" w14:paraId="096FBF0D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41AEF16D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6</w:t>
            </w:r>
          </w:p>
        </w:tc>
        <w:tc>
          <w:tcPr>
            <w:tcW w:w="2013" w:type="dxa"/>
            <w:vAlign w:val="center"/>
          </w:tcPr>
          <w:p w14:paraId="6F70C3C7" w14:textId="77777777" w:rsidR="009156C9" w:rsidRDefault="009156C9"/>
        </w:tc>
        <w:tc>
          <w:tcPr>
            <w:tcW w:w="1219" w:type="dxa"/>
            <w:vAlign w:val="center"/>
          </w:tcPr>
          <w:p w14:paraId="541399AF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0EFBBA1A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6A1F1DA8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6C1A84C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0E624587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B11FE51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C56650F" w14:textId="77777777" w:rsidR="006A1480" w:rsidRDefault="006A1480" w:rsidP="006A1480">
            <w:pPr>
              <w:jc w:val="center"/>
            </w:pPr>
          </w:p>
        </w:tc>
      </w:tr>
      <w:tr w:rsidR="006A1480" w14:paraId="625B5A44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1F011DF5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7</w:t>
            </w:r>
          </w:p>
        </w:tc>
        <w:tc>
          <w:tcPr>
            <w:tcW w:w="2013" w:type="dxa"/>
            <w:vAlign w:val="center"/>
          </w:tcPr>
          <w:p w14:paraId="08E6F761" w14:textId="77777777" w:rsidR="009156C9" w:rsidRDefault="009156C9"/>
        </w:tc>
        <w:tc>
          <w:tcPr>
            <w:tcW w:w="1219" w:type="dxa"/>
            <w:vAlign w:val="center"/>
          </w:tcPr>
          <w:p w14:paraId="1FAD00A2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4AFE09C3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0EC95F8D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E63524D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3594903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352C74A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09B43B80" w14:textId="77777777" w:rsidR="006A1480" w:rsidRDefault="006A1480" w:rsidP="006A1480">
            <w:pPr>
              <w:jc w:val="center"/>
            </w:pPr>
          </w:p>
        </w:tc>
      </w:tr>
      <w:tr w:rsidR="006A1480" w14:paraId="2946CC02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65A2C874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8</w:t>
            </w:r>
          </w:p>
        </w:tc>
        <w:tc>
          <w:tcPr>
            <w:tcW w:w="2013" w:type="dxa"/>
            <w:vAlign w:val="center"/>
          </w:tcPr>
          <w:p w14:paraId="30F0FD9B" w14:textId="77777777" w:rsidR="009156C9" w:rsidRDefault="009156C9"/>
        </w:tc>
        <w:tc>
          <w:tcPr>
            <w:tcW w:w="1219" w:type="dxa"/>
            <w:vAlign w:val="center"/>
          </w:tcPr>
          <w:p w14:paraId="283DF9A1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6C9E528D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10D1ECDA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07823D0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7C02BA60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FB4F096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B7E59C6" w14:textId="77777777" w:rsidR="006A1480" w:rsidRDefault="006A1480" w:rsidP="006A1480">
            <w:pPr>
              <w:jc w:val="center"/>
            </w:pPr>
          </w:p>
        </w:tc>
      </w:tr>
      <w:tr w:rsidR="006A1480" w14:paraId="0CB2CCB6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1C0D42B8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9</w:t>
            </w:r>
          </w:p>
        </w:tc>
        <w:tc>
          <w:tcPr>
            <w:tcW w:w="2013" w:type="dxa"/>
            <w:vAlign w:val="center"/>
          </w:tcPr>
          <w:p w14:paraId="43C54617" w14:textId="77777777" w:rsidR="009156C9" w:rsidRDefault="009156C9"/>
        </w:tc>
        <w:tc>
          <w:tcPr>
            <w:tcW w:w="1219" w:type="dxa"/>
            <w:vAlign w:val="center"/>
          </w:tcPr>
          <w:p w14:paraId="021EB182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6E8C70D6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1CD1ACD2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2DFAE0F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4A255103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4A1B895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1B32F377" w14:textId="77777777" w:rsidR="006A1480" w:rsidRDefault="006A1480" w:rsidP="006A1480">
            <w:pPr>
              <w:jc w:val="center"/>
            </w:pPr>
          </w:p>
        </w:tc>
      </w:tr>
      <w:tr w:rsidR="006A1480" w14:paraId="2BFBA5BD" w14:textId="77777777" w:rsidTr="006A1480">
        <w:trPr>
          <w:trHeight w:val="351"/>
          <w:jc w:val="center"/>
        </w:trPr>
        <w:tc>
          <w:tcPr>
            <w:tcW w:w="454" w:type="dxa"/>
            <w:vAlign w:val="center"/>
          </w:tcPr>
          <w:p w14:paraId="42642999" w14:textId="77777777" w:rsidR="006A1480" w:rsidRDefault="006A1480" w:rsidP="006A1480">
            <w:pPr>
              <w:jc w:val="center"/>
            </w:pPr>
            <w:r>
              <w:rPr>
                <w:sz w:val="15"/>
              </w:rPr>
              <w:t>10</w:t>
            </w:r>
          </w:p>
        </w:tc>
        <w:tc>
          <w:tcPr>
            <w:tcW w:w="2013" w:type="dxa"/>
            <w:vAlign w:val="center"/>
          </w:tcPr>
          <w:p w14:paraId="179CB75D" w14:textId="77777777" w:rsidR="009156C9" w:rsidRDefault="009156C9"/>
        </w:tc>
        <w:tc>
          <w:tcPr>
            <w:tcW w:w="1219" w:type="dxa"/>
            <w:vAlign w:val="center"/>
          </w:tcPr>
          <w:p w14:paraId="72332A06" w14:textId="77777777" w:rsidR="006A1480" w:rsidRDefault="006A1480" w:rsidP="006A1480">
            <w:pPr>
              <w:jc w:val="center"/>
            </w:pPr>
          </w:p>
        </w:tc>
        <w:tc>
          <w:tcPr>
            <w:tcW w:w="1587" w:type="dxa"/>
            <w:vAlign w:val="center"/>
          </w:tcPr>
          <w:p w14:paraId="2FE00DB5" w14:textId="77777777" w:rsidR="006A1480" w:rsidRDefault="006A1480" w:rsidP="006A1480">
            <w:pPr>
              <w:jc w:val="center"/>
            </w:pPr>
          </w:p>
        </w:tc>
        <w:tc>
          <w:tcPr>
            <w:tcW w:w="1502" w:type="dxa"/>
            <w:vAlign w:val="center"/>
          </w:tcPr>
          <w:p w14:paraId="417AB763" w14:textId="77777777" w:rsidR="006A1480" w:rsidRDefault="006A1480" w:rsidP="006A1480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BDA3A9E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1E077739" w14:textId="77777777" w:rsidR="006A1480" w:rsidRDefault="006A1480" w:rsidP="006A148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F75858C" w14:textId="77777777" w:rsidR="006A1480" w:rsidRDefault="006A1480" w:rsidP="006A1480">
            <w:pPr>
              <w:jc w:val="center"/>
            </w:pPr>
          </w:p>
        </w:tc>
        <w:tc>
          <w:tcPr>
            <w:tcW w:w="1956" w:type="dxa"/>
            <w:vAlign w:val="center"/>
          </w:tcPr>
          <w:p w14:paraId="7A911C67" w14:textId="77777777" w:rsidR="006A1480" w:rsidRDefault="006A1480" w:rsidP="006A1480">
            <w:pPr>
              <w:jc w:val="center"/>
            </w:pPr>
          </w:p>
        </w:tc>
      </w:tr>
    </w:tbl>
    <w:p w14:paraId="701202F9" w14:textId="77777777" w:rsidR="001A0F55" w:rsidRDefault="00000000">
      <w:pPr>
        <w:spacing w:before="80" w:after="0"/>
      </w:pPr>
      <w:proofErr w:type="spellStart"/>
      <w:r>
        <w:rPr>
          <w:i/>
          <w:sz w:val="16"/>
        </w:rPr>
        <w:t>Potwierdzam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zgodność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powyższych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danych</w:t>
      </w:r>
      <w:proofErr w:type="spellEnd"/>
      <w:r>
        <w:rPr>
          <w:i/>
          <w:sz w:val="16"/>
        </w:rPr>
        <w:t xml:space="preserve"> ze stanem faktycznym.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26"/>
        <w:gridCol w:w="4827"/>
        <w:gridCol w:w="4827"/>
      </w:tblGrid>
      <w:tr w:rsidR="001A0F55" w14:paraId="1D7AD180" w14:textId="77777777" w:rsidTr="00327638">
        <w:trPr>
          <w:trHeight w:val="1073"/>
          <w:jc w:val="center"/>
        </w:trPr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 w14:paraId="7E08F6F3" w14:textId="77777777" w:rsidR="00327638" w:rsidRDefault="00327638">
            <w:pPr>
              <w:spacing w:before="60" w:after="0"/>
              <w:jc w:val="center"/>
              <w:rPr>
                <w:sz w:val="16"/>
              </w:rPr>
            </w:pPr>
          </w:p>
          <w:p w14:paraId="38F6C914" w14:textId="77777777" w:rsidR="001A0F55" w:rsidRDefault="00000000">
            <w:pPr>
              <w:spacing w:before="60" w:after="0"/>
              <w:jc w:val="center"/>
            </w:pPr>
            <w:r>
              <w:rPr>
                <w:sz w:val="16"/>
              </w:rPr>
              <w:t>........................................</w:t>
            </w:r>
            <w:r>
              <w:rPr>
                <w:sz w:val="16"/>
              </w:rPr>
              <w:br/>
              <w:t>Data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 w14:paraId="6E8CE765" w14:textId="77777777" w:rsidR="00327638" w:rsidRDefault="00327638">
            <w:pPr>
              <w:spacing w:before="60" w:after="0"/>
              <w:jc w:val="center"/>
              <w:rPr>
                <w:sz w:val="16"/>
              </w:rPr>
            </w:pPr>
          </w:p>
          <w:p w14:paraId="2E95F372" w14:textId="77777777" w:rsidR="001A0F55" w:rsidRDefault="00000000">
            <w:pPr>
              <w:spacing w:before="60" w:after="0"/>
              <w:jc w:val="center"/>
            </w:pPr>
            <w:r>
              <w:rPr>
                <w:sz w:val="16"/>
              </w:rPr>
              <w:t>........................................</w:t>
            </w:r>
            <w:r>
              <w:rPr>
                <w:sz w:val="16"/>
              </w:rPr>
              <w:br/>
              <w:t>Podpis kierownika apteki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 w14:paraId="49A92984" w14:textId="77777777" w:rsidR="00327638" w:rsidRDefault="00327638">
            <w:pPr>
              <w:spacing w:before="60" w:after="0"/>
              <w:jc w:val="center"/>
              <w:rPr>
                <w:sz w:val="16"/>
              </w:rPr>
            </w:pPr>
          </w:p>
          <w:p w14:paraId="79AA8344" w14:textId="77777777" w:rsidR="001A0F55" w:rsidRDefault="00000000">
            <w:pPr>
              <w:spacing w:before="60" w:after="0"/>
              <w:jc w:val="center"/>
            </w:pPr>
            <w:r>
              <w:rPr>
                <w:sz w:val="16"/>
              </w:rPr>
              <w:t>........................................</w:t>
            </w:r>
            <w:r>
              <w:rPr>
                <w:sz w:val="16"/>
              </w:rPr>
              <w:br/>
              <w:t>Pieczęć apteki</w:t>
            </w:r>
          </w:p>
        </w:tc>
      </w:tr>
    </w:tbl>
    <w:p w14:paraId="0BC3D07A" w14:textId="77777777" w:rsidR="001A0F55" w:rsidRDefault="00000000">
      <w:pPr>
        <w:spacing w:before="40" w:after="0"/>
        <w:rPr>
          <w:sz w:val="16"/>
        </w:rPr>
      </w:pPr>
      <w:r>
        <w:rPr>
          <w:sz w:val="16"/>
        </w:rPr>
        <w:t>Uwagi: .....................................................................................................................................................................................</w:t>
      </w:r>
      <w:r w:rsidR="00327638">
        <w:rPr>
          <w:sz w:val="16"/>
        </w:rPr>
        <w:t>.................................................................................</w:t>
      </w:r>
      <w:r>
        <w:rPr>
          <w:sz w:val="16"/>
        </w:rPr>
        <w:t>...................................................</w:t>
      </w:r>
    </w:p>
    <w:p w14:paraId="72219BE7" w14:textId="77777777" w:rsidR="00327638" w:rsidRDefault="00327638">
      <w:pPr>
        <w:spacing w:before="40" w:after="0"/>
        <w:rPr>
          <w:sz w:val="16"/>
        </w:rPr>
      </w:pPr>
    </w:p>
    <w:p w14:paraId="0E66E6FB" w14:textId="77777777" w:rsidR="00327638" w:rsidRPr="00327638" w:rsidRDefault="00327638" w:rsidP="00327638">
      <w:pPr>
        <w:spacing w:after="0" w:line="240" w:lineRule="auto"/>
        <w:rPr>
          <w:rFonts w:cs="Arial"/>
          <w:b/>
          <w:bCs/>
          <w:szCs w:val="18"/>
          <w:lang w:val="pl-PL"/>
        </w:rPr>
      </w:pPr>
      <w:r w:rsidRPr="00327638">
        <w:rPr>
          <w:rFonts w:cs="Arial"/>
          <w:b/>
          <w:bCs/>
          <w:sz w:val="16"/>
          <w:szCs w:val="18"/>
          <w:lang w:val="pl-PL"/>
        </w:rPr>
        <w:t>ZGODA NA PRZETWARZANIE DANYCH OSOBOWYCH</w:t>
      </w:r>
    </w:p>
    <w:p w14:paraId="1CB7DA9E" w14:textId="77777777" w:rsidR="00327638" w:rsidRPr="00327638" w:rsidRDefault="00327638" w:rsidP="001B0AB1">
      <w:pPr>
        <w:spacing w:after="0" w:line="240" w:lineRule="auto"/>
        <w:jc w:val="both"/>
        <w:rPr>
          <w:rFonts w:cs="Arial"/>
          <w:szCs w:val="18"/>
          <w:lang w:val="pl-PL"/>
        </w:rPr>
      </w:pPr>
      <w:r>
        <w:rPr>
          <w:sz w:val="15"/>
        </w:rPr>
        <w:t>Wyrażam zgodę na przetwarzanie przez Podkarpacką Okręgową Izbę Aptekarską w Rzeszowie, ul. T. Lenartowicza 17A/LU-04, 35-051 Rzeszów, na podstawie art. 6 ust. 1 lit. a Rozporządzenia Parlamentu Europejskiego i Rady (UE) 2016/679 (RODO), przekazanych w niniejszym formularzu danych dotyczących mojego zatrudnienia, tj. daty rozpoczęcia zatrudnienia, zajmowanego stanowiska i wymiaru czasu pracy, a także danych kontaktowych: numeru telefonu i adresu e-mail, w celu prowadzenia i aktualizacji danych w systemie OIA MANAGER, usprawnienia bieżącej działalności Izby oraz kontaktu ze mną w sprawach dotyczących samorządu zawodu farmaceuty, wykonywania zawodu i obowiązków członka samorządu.</w:t>
      </w:r>
    </w:p>
    <w:p w14:paraId="544A920D" w14:textId="77777777" w:rsidR="00327638" w:rsidRPr="00327638" w:rsidRDefault="00327638" w:rsidP="00327638">
      <w:pPr>
        <w:spacing w:after="0" w:line="240" w:lineRule="auto"/>
        <w:rPr>
          <w:rFonts w:cs="Arial"/>
          <w:szCs w:val="18"/>
          <w:lang w:val="pl-PL"/>
        </w:rPr>
      </w:pPr>
      <w:r w:rsidRPr="00327638">
        <w:rPr>
          <w:rFonts w:cs="Arial"/>
          <w:b/>
          <w:bCs/>
          <w:sz w:val="15"/>
          <w:szCs w:val="18"/>
          <w:lang w:val="pl-PL"/>
        </w:rPr>
        <w:t>Oświadczam, że zostałem/</w:t>
      </w:r>
      <w:proofErr w:type="spellStart"/>
      <w:r w:rsidRPr="00327638">
        <w:rPr>
          <w:rFonts w:cs="Arial"/>
          <w:b/>
          <w:bCs/>
          <w:sz w:val="15"/>
          <w:szCs w:val="18"/>
          <w:lang w:val="pl-PL"/>
        </w:rPr>
        <w:t>am</w:t>
      </w:r>
      <w:proofErr w:type="spellEnd"/>
      <w:r w:rsidRPr="00327638">
        <w:rPr>
          <w:rFonts w:cs="Arial"/>
          <w:b/>
          <w:bCs/>
          <w:sz w:val="15"/>
          <w:szCs w:val="18"/>
          <w:lang w:val="pl-PL"/>
        </w:rPr>
        <w:t xml:space="preserve"> poinformowany/a, iż:</w:t>
      </w:r>
    </w:p>
    <w:p w14:paraId="4BD1CE78" w14:textId="77777777" w:rsidR="00327638" w:rsidRPr="00DA3964" w:rsidRDefault="00327638" w:rsidP="00327638">
      <w:pPr>
        <w:numPr>
          <w:ilvl w:val="0"/>
          <w:numId w:val="10"/>
        </w:numPr>
        <w:spacing w:after="0" w:line="240" w:lineRule="auto"/>
        <w:rPr>
          <w:rFonts w:cs="Arial"/>
          <w:szCs w:val="18"/>
          <w:lang w:val="pl-PL"/>
        </w:rPr>
      </w:pPr>
      <w:r w:rsidRPr="00DA3964">
        <w:rPr>
          <w:sz w:val="15"/>
        </w:rPr>
        <w:t>Zgoda jest dobrowolna i może zostać wycofana w każdym czasie. Wycofanie zgody nie wpływa na zgodność z prawem przetwarzania dokonanego przed jej wycofaniem.</w:t>
      </w:r>
    </w:p>
    <w:p w14:paraId="4AEAB1F4" w14:textId="77777777" w:rsidR="00327638" w:rsidRPr="00327638" w:rsidRDefault="00327638" w:rsidP="00327638">
      <w:pPr>
        <w:numPr>
          <w:ilvl w:val="0"/>
          <w:numId w:val="10"/>
        </w:numPr>
        <w:spacing w:after="0" w:line="240" w:lineRule="auto"/>
        <w:rPr>
          <w:rFonts w:cs="Arial"/>
          <w:szCs w:val="18"/>
          <w:lang w:val="pl-PL"/>
        </w:rPr>
      </w:pPr>
      <w:r w:rsidRPr="00DA3964">
        <w:rPr>
          <w:sz w:val="15"/>
        </w:rPr>
        <w:t>Dane</w:t>
      </w:r>
      <w:r>
        <w:rPr>
          <w:sz w:val="15"/>
        </w:rPr>
        <w:t xml:space="preserve"> przetwarzane na podstawie zgody będą przetwarzane do czasu jej wycofania lub ustania celu ich przetwarzania, z zastrzeżeniem obowiązków wynikających z przepisów prawa.</w:t>
      </w:r>
    </w:p>
    <w:p w14:paraId="28B9A7BF" w14:textId="77777777" w:rsidR="00327638" w:rsidRPr="00327638" w:rsidRDefault="00327638" w:rsidP="00327638">
      <w:pPr>
        <w:numPr>
          <w:ilvl w:val="0"/>
          <w:numId w:val="10"/>
        </w:numPr>
        <w:spacing w:after="0" w:line="240" w:lineRule="auto"/>
        <w:rPr>
          <w:rFonts w:cs="Arial"/>
          <w:szCs w:val="18"/>
          <w:lang w:val="pl-PL"/>
        </w:rPr>
      </w:pPr>
      <w:r>
        <w:rPr>
          <w:sz w:val="15"/>
        </w:rPr>
        <w:t>Podanie daty rozpoczęcia zatrudnienia, stanowiska, wymiaru czasu pracy, numeru telefonu i adresu e-mail jest dobrowolne, jednak znacząco ułatwia bieżącą działalność POIA oraz komunikację z członkami Izby.</w:t>
      </w:r>
    </w:p>
    <w:p w14:paraId="75651683" w14:textId="2108C254" w:rsidR="00327638" w:rsidRPr="006A1480" w:rsidRDefault="006A1480" w:rsidP="001B0AB1">
      <w:pPr>
        <w:spacing w:after="0" w:line="240" w:lineRule="auto"/>
        <w:jc w:val="both"/>
        <w:rPr>
          <w:rFonts w:cs="Arial"/>
        </w:rPr>
      </w:pPr>
      <w:r>
        <w:rPr>
          <w:b/>
          <w:sz w:val="15"/>
        </w:rPr>
        <w:t xml:space="preserve">(*) Podpis </w:t>
      </w:r>
      <w:proofErr w:type="spellStart"/>
      <w:r>
        <w:rPr>
          <w:b/>
          <w:sz w:val="15"/>
        </w:rPr>
        <w:t>pracownika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oznacza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wyrażenie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zgody</w:t>
      </w:r>
      <w:proofErr w:type="spellEnd"/>
      <w:r>
        <w:rPr>
          <w:b/>
          <w:sz w:val="15"/>
        </w:rPr>
        <w:t xml:space="preserve"> na </w:t>
      </w:r>
      <w:proofErr w:type="spellStart"/>
      <w:r>
        <w:rPr>
          <w:b/>
          <w:sz w:val="15"/>
        </w:rPr>
        <w:t>przetwarzanie</w:t>
      </w:r>
      <w:proofErr w:type="spellEnd"/>
      <w:r>
        <w:rPr>
          <w:b/>
          <w:sz w:val="15"/>
        </w:rPr>
        <w:t xml:space="preserve"> </w:t>
      </w:r>
      <w:proofErr w:type="spellStart"/>
      <w:r w:rsidR="00CC0CBF">
        <w:rPr>
          <w:b/>
          <w:sz w:val="15"/>
        </w:rPr>
        <w:t>danych</w:t>
      </w:r>
      <w:proofErr w:type="spellEnd"/>
      <w:r w:rsidR="00CC0CBF">
        <w:rPr>
          <w:b/>
          <w:sz w:val="15"/>
        </w:rPr>
        <w:t xml:space="preserve"> przekazanych dobrowolnie</w:t>
      </w:r>
      <w:r>
        <w:rPr>
          <w:b/>
          <w:sz w:val="15"/>
        </w:rPr>
        <w:t>.</w:t>
      </w:r>
      <w:r>
        <w:rPr>
          <w:sz w:val="15"/>
        </w:rPr>
        <w:t xml:space="preserve"> Imię i nazwisko oraz numer PWZF są przekazywane w </w:t>
      </w:r>
      <w:proofErr w:type="spellStart"/>
      <w:r>
        <w:rPr>
          <w:sz w:val="15"/>
        </w:rPr>
        <w:t>związku</w:t>
      </w:r>
      <w:proofErr w:type="spellEnd"/>
      <w:r>
        <w:rPr>
          <w:sz w:val="15"/>
        </w:rPr>
        <w:t xml:space="preserve"> z </w:t>
      </w:r>
      <w:proofErr w:type="spellStart"/>
      <w:r>
        <w:rPr>
          <w:sz w:val="15"/>
        </w:rPr>
        <w:t>obowiązkiem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prowadzenia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rejestru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farmaceutów</w:t>
      </w:r>
      <w:proofErr w:type="spellEnd"/>
      <w:r w:rsidR="00CC0CBF">
        <w:rPr>
          <w:sz w:val="15"/>
        </w:rPr>
        <w:t>.</w:t>
      </w:r>
    </w:p>
    <w:sectPr w:rsidR="00327638" w:rsidRPr="006A1480" w:rsidSect="00327638">
      <w:pgSz w:w="15840" w:h="12240" w:orient="landscape"/>
      <w:pgMar w:top="454" w:right="680" w:bottom="397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hnschrift Semi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9F0DDE"/>
    <w:multiLevelType w:val="multilevel"/>
    <w:tmpl w:val="5D5AC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FA5770"/>
    <w:multiLevelType w:val="hybridMultilevel"/>
    <w:tmpl w:val="F7447400"/>
    <w:lvl w:ilvl="0" w:tplc="EBC23886">
      <w:numFmt w:val="bullet"/>
      <w:lvlText w:val=""/>
      <w:lvlJc w:val="left"/>
      <w:pPr>
        <w:ind w:left="720" w:hanging="360"/>
      </w:pPr>
      <w:rPr>
        <w:rFonts w:ascii="Symbol" w:eastAsiaTheme="minorEastAsia" w:hAnsi="Symbol" w:cs="Segoe UI 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56469"/>
    <w:multiLevelType w:val="hybridMultilevel"/>
    <w:tmpl w:val="B54E265A"/>
    <w:lvl w:ilvl="0" w:tplc="2040BA6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532884">
    <w:abstractNumId w:val="8"/>
  </w:num>
  <w:num w:numId="2" w16cid:durableId="1792892682">
    <w:abstractNumId w:val="6"/>
  </w:num>
  <w:num w:numId="3" w16cid:durableId="1594825956">
    <w:abstractNumId w:val="5"/>
  </w:num>
  <w:num w:numId="4" w16cid:durableId="1249390716">
    <w:abstractNumId w:val="4"/>
  </w:num>
  <w:num w:numId="5" w16cid:durableId="602961916">
    <w:abstractNumId w:val="7"/>
  </w:num>
  <w:num w:numId="6" w16cid:durableId="1610965644">
    <w:abstractNumId w:val="3"/>
  </w:num>
  <w:num w:numId="7" w16cid:durableId="1165898023">
    <w:abstractNumId w:val="2"/>
  </w:num>
  <w:num w:numId="8" w16cid:durableId="1157188402">
    <w:abstractNumId w:val="1"/>
  </w:num>
  <w:num w:numId="9" w16cid:durableId="1539388203">
    <w:abstractNumId w:val="0"/>
  </w:num>
  <w:num w:numId="10" w16cid:durableId="1572277856">
    <w:abstractNumId w:val="9"/>
  </w:num>
  <w:num w:numId="11" w16cid:durableId="1419400527">
    <w:abstractNumId w:val="10"/>
  </w:num>
  <w:num w:numId="12" w16cid:durableId="18318271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D4B"/>
    <w:rsid w:val="0006063C"/>
    <w:rsid w:val="0015074B"/>
    <w:rsid w:val="001919AB"/>
    <w:rsid w:val="001A0F55"/>
    <w:rsid w:val="001B0AB1"/>
    <w:rsid w:val="0029639D"/>
    <w:rsid w:val="00326F90"/>
    <w:rsid w:val="00327638"/>
    <w:rsid w:val="00553E3E"/>
    <w:rsid w:val="005C3BB7"/>
    <w:rsid w:val="005D1077"/>
    <w:rsid w:val="006257F9"/>
    <w:rsid w:val="00630FC1"/>
    <w:rsid w:val="006A1480"/>
    <w:rsid w:val="008967E1"/>
    <w:rsid w:val="009156C9"/>
    <w:rsid w:val="00984CE0"/>
    <w:rsid w:val="00997B9B"/>
    <w:rsid w:val="00AA1D8D"/>
    <w:rsid w:val="00B47730"/>
    <w:rsid w:val="00C37079"/>
    <w:rsid w:val="00CB0664"/>
    <w:rsid w:val="00CC0CBF"/>
    <w:rsid w:val="00DA3964"/>
    <w:rsid w:val="00E92C53"/>
    <w:rsid w:val="00EA1FDE"/>
    <w:rsid w:val="00FC693F"/>
    <w:rsid w:val="00FE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82A562"/>
  <w14:defaultImageDpi w14:val="300"/>
  <w15:docId w15:val="{A07AE30B-22A3-CF48-AD7D-884EAACB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biuro</cp:lastModifiedBy>
  <cp:revision>2</cp:revision>
  <cp:lastPrinted>2026-10-05T11:38:00Z</cp:lastPrinted>
  <dcterms:created xsi:type="dcterms:W3CDTF">2026-10-12T07:44:00Z</dcterms:created>
  <dcterms:modified xsi:type="dcterms:W3CDTF">2026-10-12T07:44:00Z</dcterms:modified>
  <cp:category/>
</cp:coreProperties>
</file>